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COMUNE DI POSINA</w:t>
        <w:br/>
        <w:t>PROVINCIA DI VICENZA</w:t>
      </w:r>
    </w:p>
    <w:p>
      <w:pPr>
        <w:jc w:val="center"/>
      </w:pPr>
      <w:r>
        <w:rPr>
          <w:b/>
          <w:sz w:val="28"/>
        </w:rPr>
        <w:t>ALLEGATO 4 – OFFERTA ECONOMICA – BUSTA C</w:t>
      </w:r>
    </w:p>
    <w:p>
      <w:r>
        <w:t>Oggetto: offerta economica per l’affidamento in concessione dell’immobile comunale “Ex scuola comunale Ganna”.</w:t>
      </w:r>
    </w:p>
    <w:p>
      <w:r>
        <w:t>Il/La sottoscritto/a ______________________________, in qualità di ______________________________ del concorrente ______________________________, C.F./P.IVA ______________________________,</w:t>
      </w:r>
    </w:p>
    <w:p>
      <w:pPr>
        <w:pStyle w:val="Heading1"/>
      </w:pPr>
      <w:r>
        <w:t>OFFRE</w:t>
      </w:r>
    </w:p>
    <w:p>
      <w:r>
        <w:t>un canone annuo di concessione pari a:</w:t>
      </w:r>
    </w:p>
    <w:p>
      <w:r>
        <w:t>€ ____________________ (in cifre)</w:t>
        <w:br/>
        <w:t>Euro ________________________________________________ (in lettere)</w:t>
      </w:r>
    </w:p>
    <w:p>
      <w:r>
        <w:t>oltre IVA se dovuta, e comunque non inferiore al canone annuo posto a base della procedura pari a € [__________].</w:t>
      </w:r>
    </w:p>
    <w:p>
      <w:r>
        <w:t>Il concorrente dichiara che l’offerta è stata formulata tenendo conto di tutti gli oneri, costi e obblighi previsti dall’avviso e dallo schema di concessione e che il canone offerto è coerente con il PEF presentato.</w:t>
      </w:r>
    </w:p>
    <w:p>
      <w:r>
        <w:br/>
        <w:t>Luogo e data ____________________</w:t>
        <w:br/>
        <w:t>Firma ____________________</w:t>
      </w:r>
    </w:p>
    <w:sectPr w:rsidR="00FC693F" w:rsidRPr="0006063C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