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38CF8" w14:textId="77777777" w:rsidR="00E865F2" w:rsidRPr="00BF496A" w:rsidRDefault="007A2479">
      <w:pPr>
        <w:jc w:val="center"/>
        <w:rPr>
          <w:lang w:val="it-IT"/>
        </w:rPr>
      </w:pPr>
      <w:r w:rsidRPr="00BF496A">
        <w:rPr>
          <w:b/>
          <w:sz w:val="26"/>
          <w:lang w:val="it-IT"/>
        </w:rPr>
        <w:t>COMUNE DI POSINA</w:t>
      </w:r>
      <w:r w:rsidRPr="00BF496A">
        <w:rPr>
          <w:b/>
          <w:sz w:val="26"/>
          <w:lang w:val="it-IT"/>
        </w:rPr>
        <w:br/>
        <w:t>PROVINCIA DI VICENZA</w:t>
      </w:r>
    </w:p>
    <w:p w14:paraId="7283D4D7" w14:textId="77777777" w:rsidR="00E865F2" w:rsidRPr="00BF496A" w:rsidRDefault="007A2479">
      <w:pPr>
        <w:jc w:val="center"/>
        <w:rPr>
          <w:lang w:val="it-IT"/>
        </w:rPr>
      </w:pPr>
      <w:r w:rsidRPr="00BF496A">
        <w:rPr>
          <w:b/>
          <w:sz w:val="28"/>
          <w:lang w:val="it-IT"/>
        </w:rPr>
        <w:t>ALLEGATO 1 – DOMANDA DI PARTECIPAZIONE – BUSTA A</w:t>
      </w:r>
    </w:p>
    <w:p w14:paraId="468938A3" w14:textId="77777777" w:rsidR="00E865F2" w:rsidRPr="00BF496A" w:rsidRDefault="007A2479">
      <w:pPr>
        <w:rPr>
          <w:lang w:val="it-IT"/>
        </w:rPr>
      </w:pPr>
      <w:r w:rsidRPr="00BF496A">
        <w:rPr>
          <w:lang w:val="it-IT"/>
        </w:rPr>
        <w:t>Oggetto: domanda di partecipazione alla procedura ad evidenza pubblica per l’affidamento in concessione dell’immobile comunale “Ex scuola comunale Ganna”.</w:t>
      </w:r>
    </w:p>
    <w:p w14:paraId="194E9ADC" w14:textId="77777777" w:rsidR="00E865F2" w:rsidRPr="00BF496A" w:rsidRDefault="007A2479">
      <w:pPr>
        <w:rPr>
          <w:lang w:val="it-IT"/>
        </w:rPr>
      </w:pPr>
      <w:r w:rsidRPr="00BF496A">
        <w:rPr>
          <w:lang w:val="it-IT"/>
        </w:rPr>
        <w:t>Il/La sottoscritto/a ______________________________</w:t>
      </w:r>
    </w:p>
    <w:p w14:paraId="7797B4FF" w14:textId="77777777" w:rsidR="00E865F2" w:rsidRPr="00BF496A" w:rsidRDefault="007A2479">
      <w:pPr>
        <w:rPr>
          <w:lang w:val="it-IT"/>
        </w:rPr>
      </w:pPr>
      <w:r w:rsidRPr="00BF496A">
        <w:rPr>
          <w:lang w:val="it-IT"/>
        </w:rPr>
        <w:t xml:space="preserve">nato/a </w:t>
      </w:r>
      <w:proofErr w:type="spellStart"/>
      <w:r w:rsidRPr="00BF496A">
        <w:rPr>
          <w:lang w:val="it-IT"/>
        </w:rPr>
        <w:t>a</w:t>
      </w:r>
      <w:proofErr w:type="spellEnd"/>
      <w:r w:rsidRPr="00BF496A">
        <w:rPr>
          <w:lang w:val="it-IT"/>
        </w:rPr>
        <w:t xml:space="preserve"> __________________ il ____________</w:t>
      </w:r>
    </w:p>
    <w:p w14:paraId="12079AFE" w14:textId="77777777" w:rsidR="00E865F2" w:rsidRPr="00BF496A" w:rsidRDefault="007A2479">
      <w:pPr>
        <w:rPr>
          <w:lang w:val="it-IT"/>
        </w:rPr>
      </w:pPr>
      <w:r w:rsidRPr="00BF496A">
        <w:rPr>
          <w:lang w:val="it-IT"/>
        </w:rPr>
        <w:t>in qualità di legale rappresentante / titolare di ______________________________</w:t>
      </w:r>
    </w:p>
    <w:p w14:paraId="48D1BB98" w14:textId="77777777" w:rsidR="00E865F2" w:rsidRPr="00BF496A" w:rsidRDefault="007A2479">
      <w:pPr>
        <w:rPr>
          <w:lang w:val="it-IT"/>
        </w:rPr>
      </w:pPr>
      <w:r w:rsidRPr="00BF496A">
        <w:rPr>
          <w:lang w:val="it-IT"/>
        </w:rPr>
        <w:t>forma giuridica ______________________________</w:t>
      </w:r>
    </w:p>
    <w:p w14:paraId="31168E56" w14:textId="77777777" w:rsidR="00E865F2" w:rsidRPr="00BF496A" w:rsidRDefault="007A2479">
      <w:pPr>
        <w:rPr>
          <w:lang w:val="it-IT"/>
        </w:rPr>
      </w:pPr>
      <w:r w:rsidRPr="00BF496A">
        <w:rPr>
          <w:lang w:val="it-IT"/>
        </w:rPr>
        <w:t>sede legale ______________________________</w:t>
      </w:r>
    </w:p>
    <w:p w14:paraId="495F4418" w14:textId="77777777" w:rsidR="00E865F2" w:rsidRPr="00BF496A" w:rsidRDefault="007A2479">
      <w:pPr>
        <w:rPr>
          <w:lang w:val="it-IT"/>
        </w:rPr>
      </w:pPr>
      <w:r w:rsidRPr="00BF496A">
        <w:rPr>
          <w:lang w:val="it-IT"/>
        </w:rPr>
        <w:t>C.F./P.IVA ______________________________</w:t>
      </w:r>
    </w:p>
    <w:p w14:paraId="66C4382A" w14:textId="77777777" w:rsidR="00E865F2" w:rsidRPr="00BF496A" w:rsidRDefault="007A2479">
      <w:pPr>
        <w:rPr>
          <w:lang w:val="it-IT"/>
        </w:rPr>
      </w:pPr>
      <w:r w:rsidRPr="00BF496A">
        <w:rPr>
          <w:lang w:val="it-IT"/>
        </w:rPr>
        <w:t>iscrizione Registro/CCIAA/RUNTS (se pertinente) ______________________________</w:t>
      </w:r>
    </w:p>
    <w:p w14:paraId="10AB8F3C" w14:textId="77777777" w:rsidR="00E865F2" w:rsidRPr="00BF496A" w:rsidRDefault="007A2479">
      <w:pPr>
        <w:rPr>
          <w:lang w:val="it-IT"/>
        </w:rPr>
      </w:pPr>
      <w:r w:rsidRPr="00BF496A">
        <w:rPr>
          <w:lang w:val="it-IT"/>
        </w:rPr>
        <w:t>telefono __________ email __________ PEC __________</w:t>
      </w:r>
    </w:p>
    <w:p w14:paraId="20A29A76" w14:textId="77777777" w:rsidR="00E865F2" w:rsidRPr="00BF496A" w:rsidRDefault="007A2479">
      <w:pPr>
        <w:pStyle w:val="Titolo1"/>
        <w:rPr>
          <w:lang w:val="it-IT"/>
        </w:rPr>
      </w:pPr>
      <w:r w:rsidRPr="00BF496A">
        <w:rPr>
          <w:lang w:val="it-IT"/>
        </w:rPr>
        <w:t>CHIEDE</w:t>
      </w:r>
    </w:p>
    <w:p w14:paraId="190C540C" w14:textId="77777777" w:rsidR="00E865F2" w:rsidRPr="00BF496A" w:rsidRDefault="007A2479">
      <w:pPr>
        <w:rPr>
          <w:lang w:val="it-IT"/>
        </w:rPr>
      </w:pPr>
      <w:r w:rsidRPr="00BF496A">
        <w:rPr>
          <w:lang w:val="it-IT"/>
        </w:rPr>
        <w:t>di partecipare alla procedura per l’affidamento in concessione dell’immobile comunale “Ex scuola comunale Ganna”.</w:t>
      </w:r>
    </w:p>
    <w:p w14:paraId="09010629" w14:textId="77777777" w:rsidR="00E865F2" w:rsidRDefault="007A2479">
      <w:pPr>
        <w:pStyle w:val="Titolo1"/>
      </w:pPr>
      <w:r>
        <w:t>DICHIARA</w:t>
      </w:r>
    </w:p>
    <w:p w14:paraId="07561669" w14:textId="77777777" w:rsidR="00E865F2" w:rsidRPr="00BF496A" w:rsidRDefault="007A2479">
      <w:pPr>
        <w:pStyle w:val="Numeroelenco"/>
        <w:rPr>
          <w:lang w:val="it-IT"/>
        </w:rPr>
      </w:pPr>
      <w:r w:rsidRPr="00BF496A">
        <w:rPr>
          <w:lang w:val="it-IT"/>
        </w:rPr>
        <w:t>di possedere i requisiti di partecipazione previsti dall’avviso;</w:t>
      </w:r>
    </w:p>
    <w:p w14:paraId="0CA66083" w14:textId="77777777" w:rsidR="00E865F2" w:rsidRPr="00BF496A" w:rsidRDefault="007A2479">
      <w:pPr>
        <w:pStyle w:val="Numeroelenco"/>
        <w:rPr>
          <w:lang w:val="it-IT"/>
        </w:rPr>
      </w:pPr>
      <w:r w:rsidRPr="00BF496A">
        <w:rPr>
          <w:lang w:val="it-IT"/>
        </w:rPr>
        <w:t>di non trovarsi in condizioni ostative a contrarre con la pubblica amministrazione secondo la normativa applicabile;</w:t>
      </w:r>
    </w:p>
    <w:p w14:paraId="65D13510" w14:textId="77777777" w:rsidR="00E865F2" w:rsidRPr="00BF496A" w:rsidRDefault="007A2479">
      <w:pPr>
        <w:pStyle w:val="Numeroelenco"/>
        <w:rPr>
          <w:lang w:val="it-IT"/>
        </w:rPr>
      </w:pPr>
      <w:r w:rsidRPr="00BF496A">
        <w:rPr>
          <w:lang w:val="it-IT"/>
        </w:rPr>
        <w:t>che l’attività e la forma giuridica del concorrente sono compatibili con il progetto proposto e con la gestione dell’immobile;</w:t>
      </w:r>
    </w:p>
    <w:p w14:paraId="25ED9ED9" w14:textId="77777777" w:rsidR="00E865F2" w:rsidRPr="00BF496A" w:rsidRDefault="007A2479">
      <w:pPr>
        <w:pStyle w:val="Numeroelenco"/>
        <w:rPr>
          <w:lang w:val="it-IT"/>
        </w:rPr>
      </w:pPr>
      <w:r w:rsidRPr="00BF496A">
        <w:rPr>
          <w:lang w:val="it-IT"/>
        </w:rPr>
        <w:t>di aver preso piena conoscenza dello stato dell’immobile e della documentazione della procedura [anche mediante sopralluogo, se effettuato];</w:t>
      </w:r>
    </w:p>
    <w:p w14:paraId="27F3C439" w14:textId="77777777" w:rsidR="00E865F2" w:rsidRPr="00BF496A" w:rsidRDefault="007A2479">
      <w:pPr>
        <w:pStyle w:val="Numeroelenco"/>
        <w:rPr>
          <w:lang w:val="it-IT"/>
        </w:rPr>
      </w:pPr>
      <w:r w:rsidRPr="00BF496A">
        <w:rPr>
          <w:lang w:val="it-IT"/>
        </w:rPr>
        <w:t>di accettare integralmente le condizioni dell’avviso e dello schema di concessione;</w:t>
      </w:r>
    </w:p>
    <w:p w14:paraId="4DBB8CEF" w14:textId="77777777" w:rsidR="00E865F2" w:rsidRPr="00BF496A" w:rsidRDefault="007A2479">
      <w:pPr>
        <w:pStyle w:val="Numeroelenco"/>
        <w:rPr>
          <w:lang w:val="it-IT"/>
        </w:rPr>
      </w:pPr>
      <w:r w:rsidRPr="00BF496A">
        <w:rPr>
          <w:lang w:val="it-IT"/>
        </w:rPr>
        <w:t>di impegnarsi, in caso di aggiudicazione, a costituire le garanzie e le polizze richieste e a sottoscrivere la concessione;</w:t>
      </w:r>
    </w:p>
    <w:p w14:paraId="259091BF" w14:textId="77777777" w:rsidR="00E865F2" w:rsidRDefault="007A2479">
      <w:pPr>
        <w:pStyle w:val="Titolo1"/>
      </w:pPr>
      <w:r>
        <w:t>ALLEGA</w:t>
      </w:r>
    </w:p>
    <w:p w14:paraId="363406E8" w14:textId="51D42A46" w:rsidR="00E865F2" w:rsidRPr="00BF496A" w:rsidRDefault="007A2479">
      <w:pPr>
        <w:pStyle w:val="Puntoelenco"/>
        <w:rPr>
          <w:lang w:val="it-IT"/>
        </w:rPr>
      </w:pPr>
      <w:r w:rsidRPr="00BF496A">
        <w:rPr>
          <w:lang w:val="it-IT"/>
        </w:rPr>
        <w:t>copia del documento di identità;</w:t>
      </w:r>
    </w:p>
    <w:p w14:paraId="04F9C6CE" w14:textId="53CEBE54" w:rsidR="00E865F2" w:rsidRPr="00BF496A" w:rsidRDefault="007A2479">
      <w:pPr>
        <w:pStyle w:val="Puntoelenco"/>
        <w:rPr>
          <w:lang w:val="it-IT"/>
        </w:rPr>
      </w:pPr>
      <w:r w:rsidRPr="00BF496A">
        <w:rPr>
          <w:lang w:val="it-IT"/>
        </w:rPr>
        <w:t>visura/atto costitutivo/statuto;</w:t>
      </w:r>
    </w:p>
    <w:p w14:paraId="7D4C7C1D" w14:textId="52974900" w:rsidR="00E865F2" w:rsidRPr="00BF496A" w:rsidRDefault="007A2479">
      <w:pPr>
        <w:pStyle w:val="Puntoelenco"/>
        <w:rPr>
          <w:lang w:val="it-IT"/>
        </w:rPr>
      </w:pPr>
      <w:r w:rsidRPr="00BF496A">
        <w:rPr>
          <w:lang w:val="it-IT"/>
        </w:rPr>
        <w:t>documentazione relativa ai requisiti specifici richiesti</w:t>
      </w:r>
      <w:r w:rsidR="00FE44CA">
        <w:rPr>
          <w:lang w:val="it-IT"/>
        </w:rPr>
        <w:t xml:space="preserve"> (</w:t>
      </w:r>
      <w:r w:rsidR="00FE44CA" w:rsidRPr="003739DA">
        <w:rPr>
          <w:lang w:val="it-IT"/>
        </w:rPr>
        <w:t>l’iscrizione alla CCIAA, al RUNTS o ad altro registro</w:t>
      </w:r>
      <w:r w:rsidR="00FE44CA">
        <w:rPr>
          <w:lang w:val="it-IT"/>
        </w:rPr>
        <w:t xml:space="preserve">, </w:t>
      </w:r>
      <w:r w:rsidR="00FE44CA" w:rsidRPr="003739DA">
        <w:rPr>
          <w:lang w:val="it-IT"/>
        </w:rPr>
        <w:t>co</w:t>
      </w:r>
      <w:r w:rsidR="00FE44CA">
        <w:rPr>
          <w:lang w:val="it-IT"/>
        </w:rPr>
        <w:t>ntratti di gestione immobili di proprietà di enti locali – locazioni o concessioni o altro titolo idoneo – a co</w:t>
      </w:r>
      <w:r w:rsidR="00FE44CA" w:rsidRPr="003739DA">
        <w:rPr>
          <w:lang w:val="it-IT"/>
        </w:rPr>
        <w:t xml:space="preserve">mprova dall’aver svolto attività di gestione di immobili di </w:t>
      </w:r>
      <w:r w:rsidR="00FE44CA">
        <w:rPr>
          <w:lang w:val="it-IT"/>
        </w:rPr>
        <w:t>proprietà degli enti</w:t>
      </w:r>
      <w:r w:rsidR="00FE44CA" w:rsidRPr="003739DA">
        <w:rPr>
          <w:lang w:val="it-IT"/>
        </w:rPr>
        <w:t xml:space="preserve"> locali, per </w:t>
      </w:r>
      <w:r w:rsidR="00FE44CA" w:rsidRPr="003739DA">
        <w:rPr>
          <w:lang w:val="it-IT"/>
        </w:rPr>
        <w:lastRenderedPageBreak/>
        <w:t>almeno due anni, anche non continuativi, nel triennio antecedente la data di scadenza del termine per la presentazione delle offerte</w:t>
      </w:r>
      <w:r w:rsidR="00FE44CA">
        <w:rPr>
          <w:lang w:val="it-IT"/>
        </w:rPr>
        <w:t>)</w:t>
      </w:r>
    </w:p>
    <w:p w14:paraId="7A4255F9" w14:textId="77777777" w:rsidR="00E865F2" w:rsidRPr="00BF496A" w:rsidRDefault="007A2479">
      <w:pPr>
        <w:pStyle w:val="Puntoelenco"/>
        <w:rPr>
          <w:lang w:val="it-IT"/>
        </w:rPr>
      </w:pPr>
      <w:r w:rsidRPr="00BF496A">
        <w:rPr>
          <w:lang w:val="it-IT"/>
        </w:rPr>
        <w:t>schema di concessione sottoscritto per accettazione;</w:t>
      </w:r>
    </w:p>
    <w:p w14:paraId="5DE931F5" w14:textId="77777777" w:rsidR="00E865F2" w:rsidRPr="00BF496A" w:rsidRDefault="007A2479">
      <w:pPr>
        <w:pStyle w:val="Puntoelenco"/>
        <w:rPr>
          <w:lang w:val="it-IT"/>
        </w:rPr>
      </w:pPr>
      <w:r w:rsidRPr="00BF496A">
        <w:rPr>
          <w:lang w:val="it-IT"/>
        </w:rPr>
        <w:t xml:space="preserve">eventuale documentazione relativa </w:t>
      </w:r>
      <w:r w:rsidRPr="001A614F">
        <w:rPr>
          <w:lang w:val="it-IT"/>
        </w:rPr>
        <w:t>al raggruppamento</w:t>
      </w:r>
      <w:r w:rsidRPr="00BF496A">
        <w:rPr>
          <w:lang w:val="it-IT"/>
        </w:rPr>
        <w:t>;</w:t>
      </w:r>
    </w:p>
    <w:p w14:paraId="562E719F" w14:textId="77777777" w:rsidR="00E865F2" w:rsidRDefault="007A2479">
      <w:pPr>
        <w:pStyle w:val="Puntoelenco"/>
      </w:pPr>
      <w:proofErr w:type="spellStart"/>
      <w:r>
        <w:t>altro</w:t>
      </w:r>
      <w:proofErr w:type="spellEnd"/>
      <w:r>
        <w:t>: ______________________________.</w:t>
      </w:r>
    </w:p>
    <w:p w14:paraId="4EC9D6FF" w14:textId="77777777" w:rsidR="00E865F2" w:rsidRDefault="007A2479">
      <w:r>
        <w:br/>
        <w:t>Luogo e data ____________________</w:t>
      </w:r>
      <w:r>
        <w:br/>
        <w:t>Firma ____________________</w:t>
      </w:r>
    </w:p>
    <w:sectPr w:rsidR="00E865F2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3820439">
    <w:abstractNumId w:val="8"/>
  </w:num>
  <w:num w:numId="2" w16cid:durableId="909342356">
    <w:abstractNumId w:val="6"/>
  </w:num>
  <w:num w:numId="3" w16cid:durableId="175077300">
    <w:abstractNumId w:val="5"/>
  </w:num>
  <w:num w:numId="4" w16cid:durableId="835388363">
    <w:abstractNumId w:val="4"/>
  </w:num>
  <w:num w:numId="5" w16cid:durableId="2069764477">
    <w:abstractNumId w:val="7"/>
  </w:num>
  <w:num w:numId="6" w16cid:durableId="2118600062">
    <w:abstractNumId w:val="3"/>
  </w:num>
  <w:num w:numId="7" w16cid:durableId="1245846686">
    <w:abstractNumId w:val="2"/>
  </w:num>
  <w:num w:numId="8" w16cid:durableId="1430396226">
    <w:abstractNumId w:val="1"/>
  </w:num>
  <w:num w:numId="9" w16cid:durableId="1083837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614F"/>
    <w:rsid w:val="0029639D"/>
    <w:rsid w:val="00326F90"/>
    <w:rsid w:val="005A42E4"/>
    <w:rsid w:val="007A2479"/>
    <w:rsid w:val="008D2BDC"/>
    <w:rsid w:val="00AA1D8D"/>
    <w:rsid w:val="00B47730"/>
    <w:rsid w:val="00BF496A"/>
    <w:rsid w:val="00CB0664"/>
    <w:rsid w:val="00E865F2"/>
    <w:rsid w:val="00FC693F"/>
    <w:rsid w:val="00FE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DDDBE7"/>
  <w14:defaultImageDpi w14:val="300"/>
  <w15:docId w15:val="{18190048-9836-41E3-9D73-A4463DC42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Segretario Posina</cp:lastModifiedBy>
  <cp:revision>4</cp:revision>
  <dcterms:created xsi:type="dcterms:W3CDTF">2013-12-23T23:15:00Z</dcterms:created>
  <dcterms:modified xsi:type="dcterms:W3CDTF">2026-09-22T10:01:00Z</dcterms:modified>
  <cp:category/>
</cp:coreProperties>
</file>