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F317" w14:textId="77777777" w:rsidR="007C0EF8" w:rsidRPr="008169FF" w:rsidRDefault="00353031">
      <w:pPr>
        <w:jc w:val="center"/>
        <w:rPr>
          <w:lang w:val="it-IT"/>
        </w:rPr>
      </w:pPr>
      <w:r w:rsidRPr="008169FF">
        <w:rPr>
          <w:b/>
          <w:sz w:val="26"/>
          <w:lang w:val="it-IT"/>
        </w:rPr>
        <w:t>COMUNE DI POSINA</w:t>
      </w:r>
      <w:r w:rsidRPr="008169FF">
        <w:rPr>
          <w:b/>
          <w:sz w:val="26"/>
          <w:lang w:val="it-IT"/>
        </w:rPr>
        <w:br/>
        <w:t>PROVINCIA DI VICENZA</w:t>
      </w:r>
    </w:p>
    <w:p w14:paraId="6250681C" w14:textId="77777777" w:rsidR="007C0EF8" w:rsidRPr="008169FF" w:rsidRDefault="00353031">
      <w:pPr>
        <w:jc w:val="center"/>
        <w:rPr>
          <w:lang w:val="it-IT"/>
        </w:rPr>
      </w:pPr>
      <w:r w:rsidRPr="008169FF">
        <w:rPr>
          <w:b/>
          <w:sz w:val="28"/>
          <w:lang w:val="it-IT"/>
        </w:rPr>
        <w:t>ALLEGATO 2 – SCHEMA DI OFFERTA TECNICA – BUSTA B</w:t>
      </w:r>
    </w:p>
    <w:p w14:paraId="41B6E133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t>L’offerta tecnica dovrà essere redatta seguendo il presente schema. Eventuale limite: massimo [10] pagine, carattere Times New Roman 12, salvo allegati tecnici.</w:t>
      </w:r>
    </w:p>
    <w:p w14:paraId="1FEA3201" w14:textId="3075F5D6" w:rsidR="007C0EF8" w:rsidRPr="008169FF" w:rsidRDefault="008169FF">
      <w:pPr>
        <w:pStyle w:val="Titolo1"/>
        <w:rPr>
          <w:lang w:val="it-IT"/>
        </w:rPr>
      </w:pPr>
      <w:r>
        <w:rPr>
          <w:lang w:val="it-IT"/>
        </w:rPr>
        <w:t>A</w:t>
      </w:r>
      <w:r w:rsidR="00353031" w:rsidRPr="008169FF">
        <w:rPr>
          <w:lang w:val="it-IT"/>
        </w:rPr>
        <w:t xml:space="preserve">. </w:t>
      </w:r>
      <w:r w:rsidR="00353031" w:rsidRPr="009310EB">
        <w:rPr>
          <w:lang w:val="it-IT"/>
        </w:rPr>
        <w:t>PROGETTO DI UTILIZZO</w:t>
      </w:r>
    </w:p>
    <w:p w14:paraId="768D06FC" w14:textId="75B09386" w:rsidR="007C0EF8" w:rsidRPr="008169FF" w:rsidRDefault="00353031">
      <w:pPr>
        <w:rPr>
          <w:lang w:val="it-IT"/>
        </w:rPr>
      </w:pPr>
      <w:r w:rsidRPr="008169FF">
        <w:rPr>
          <w:lang w:val="it-IT"/>
        </w:rPr>
        <w:t>Descrivere le attività che si intendono svolgere nell’immobile, le modalità e i periodi di utilizzo, i destinatari/utenti, la coerenza con la destinazione del bene</w:t>
      </w:r>
      <w:r w:rsidR="0090747E">
        <w:rPr>
          <w:lang w:val="it-IT"/>
        </w:rPr>
        <w:t xml:space="preserve">, </w:t>
      </w:r>
      <w:r w:rsidRPr="008169FF">
        <w:rPr>
          <w:lang w:val="it-IT"/>
        </w:rPr>
        <w:t>le ricadute attese per il territorio comunale</w:t>
      </w:r>
      <w:r w:rsidR="0090747E">
        <w:rPr>
          <w:lang w:val="it-IT"/>
        </w:rPr>
        <w:t xml:space="preserve"> e le eventuali collaborazioni in essere o programmatiche</w:t>
      </w:r>
      <w:r w:rsidRPr="008169FF">
        <w:rPr>
          <w:lang w:val="it-IT"/>
        </w:rPr>
        <w:t>.</w:t>
      </w:r>
    </w:p>
    <w:p w14:paraId="1B51DB59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br/>
        <w:t>____________________________________________________________________________</w:t>
      </w:r>
      <w:r w:rsidRPr="008169FF">
        <w:rPr>
          <w:lang w:val="it-IT"/>
        </w:rPr>
        <w:br/>
        <w:t>____________________________________________________________________________</w:t>
      </w:r>
    </w:p>
    <w:p w14:paraId="55F44A26" w14:textId="0E17D861" w:rsidR="007C0EF8" w:rsidRPr="008169FF" w:rsidRDefault="008169FF">
      <w:pPr>
        <w:pStyle w:val="Titolo1"/>
        <w:rPr>
          <w:lang w:val="it-IT"/>
        </w:rPr>
      </w:pPr>
      <w:r>
        <w:rPr>
          <w:lang w:val="it-IT"/>
        </w:rPr>
        <w:t>B</w:t>
      </w:r>
      <w:r w:rsidR="00353031" w:rsidRPr="008169FF">
        <w:rPr>
          <w:lang w:val="it-IT"/>
        </w:rPr>
        <w:t>. INVESTIMENTI E MIGLIORIE</w:t>
      </w:r>
    </w:p>
    <w:p w14:paraId="5CD5C3E0" w14:textId="1181C94B" w:rsidR="00CE7784" w:rsidRDefault="00CE7784">
      <w:pPr>
        <w:rPr>
          <w:lang w:val="it-IT"/>
        </w:rPr>
      </w:pPr>
      <w:r>
        <w:rPr>
          <w:lang w:val="it-IT"/>
        </w:rPr>
        <w:t xml:space="preserve">Descrivere modalità e tempi di </w:t>
      </w:r>
      <w:r>
        <w:rPr>
          <w:lang w:val="it-IT"/>
        </w:rPr>
        <w:t>ese</w:t>
      </w:r>
      <w:r>
        <w:rPr>
          <w:lang w:val="it-IT"/>
        </w:rPr>
        <w:t xml:space="preserve">cuzione della </w:t>
      </w:r>
      <w:r w:rsidRPr="00F729C5">
        <w:rPr>
          <w:b/>
          <w:bCs/>
          <w:lang w:val="it-IT"/>
        </w:rPr>
        <w:t xml:space="preserve">pulizia e </w:t>
      </w:r>
      <w:r>
        <w:rPr>
          <w:b/>
          <w:bCs/>
          <w:lang w:val="it-IT"/>
        </w:rPr>
        <w:t>del</w:t>
      </w:r>
      <w:r w:rsidRPr="00F729C5">
        <w:rPr>
          <w:b/>
          <w:bCs/>
          <w:lang w:val="it-IT"/>
        </w:rPr>
        <w:t>la messa in sicurezza dell’ex cortile</w:t>
      </w:r>
      <w:r>
        <w:rPr>
          <w:b/>
          <w:bCs/>
          <w:lang w:val="it-IT"/>
        </w:rPr>
        <w:t>.</w:t>
      </w:r>
    </w:p>
    <w:p w14:paraId="61F0D33E" w14:textId="6EE4DBEB" w:rsidR="00CE7784" w:rsidRDefault="00353031">
      <w:pPr>
        <w:rPr>
          <w:lang w:val="it-IT"/>
        </w:rPr>
      </w:pPr>
      <w:r w:rsidRPr="008169FF">
        <w:rPr>
          <w:lang w:val="it-IT"/>
        </w:rPr>
        <w:t xml:space="preserve">Elencare gli eventuali </w:t>
      </w:r>
      <w:r w:rsidR="00CE7784">
        <w:rPr>
          <w:lang w:val="it-IT"/>
        </w:rPr>
        <w:t xml:space="preserve">ulteriori </w:t>
      </w:r>
      <w:r w:rsidRPr="008169FF">
        <w:rPr>
          <w:lang w:val="it-IT"/>
        </w:rPr>
        <w:t>interventi proposti, specificando descrizione, importo stimato, tempi di realizzazione, autorizzazioni necessarie e carattere migliorativo. Ogni intervento resta subordinato alla preventiva autorizzazione del Comune.</w:t>
      </w:r>
      <w:r w:rsidR="0090747E">
        <w:rPr>
          <w:lang w:val="it-IT"/>
        </w:rPr>
        <w:t xml:space="preserve"> </w:t>
      </w:r>
    </w:p>
    <w:p w14:paraId="17CD68A0" w14:textId="13132EA3" w:rsidR="007C0EF8" w:rsidRPr="008169FF" w:rsidRDefault="0090747E">
      <w:pPr>
        <w:rPr>
          <w:lang w:val="it-IT"/>
        </w:rPr>
      </w:pPr>
      <w:r>
        <w:rPr>
          <w:lang w:val="it-IT"/>
        </w:rPr>
        <w:t>Descrivere le</w:t>
      </w:r>
      <w:r w:rsidRPr="00C81877">
        <w:rPr>
          <w:lang w:val="it-IT"/>
        </w:rPr>
        <w:t xml:space="preserve"> modalità di custodia, pulizia e manutenzione</w:t>
      </w:r>
      <w:r w:rsidR="00CE7784">
        <w:rPr>
          <w:lang w:val="it-IT"/>
        </w:rPr>
        <w:t xml:space="preserve"> ordinarie</w:t>
      </w:r>
    </w:p>
    <w:p w14:paraId="3E338D47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br/>
        <w:t>____________________________________________________________________________</w:t>
      </w:r>
      <w:r w:rsidRPr="008169FF">
        <w:rPr>
          <w:lang w:val="it-IT"/>
        </w:rPr>
        <w:br/>
        <w:t>____________________________________________________________________________</w:t>
      </w:r>
    </w:p>
    <w:p w14:paraId="5ABFBDC0" w14:textId="7A3C1C6D" w:rsidR="007C0EF8" w:rsidRPr="008169FF" w:rsidRDefault="008169FF">
      <w:pPr>
        <w:pStyle w:val="Titolo1"/>
        <w:rPr>
          <w:lang w:val="it-IT"/>
        </w:rPr>
      </w:pPr>
      <w:r>
        <w:rPr>
          <w:lang w:val="it-IT"/>
        </w:rPr>
        <w:t>C</w:t>
      </w:r>
      <w:r w:rsidR="00353031" w:rsidRPr="008169FF">
        <w:rPr>
          <w:lang w:val="it-IT"/>
        </w:rPr>
        <w:t>. ORGANIZZAZIONE DELLA GESTIONE</w:t>
      </w:r>
    </w:p>
    <w:p w14:paraId="08DF4A3E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t>Descrivere struttura organizzativa, personale/collaboratori/volontari coinvolti, responsabilità operative, modalità di apertura e presidio, sicurezza e continuità gestionale.</w:t>
      </w:r>
    </w:p>
    <w:p w14:paraId="792FD7AE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br/>
        <w:t>____________________________________________________________________________</w:t>
      </w:r>
      <w:r w:rsidRPr="008169FF">
        <w:rPr>
          <w:lang w:val="it-IT"/>
        </w:rPr>
        <w:br/>
        <w:t>____________________________________________________________________________</w:t>
      </w:r>
    </w:p>
    <w:p w14:paraId="3B722007" w14:textId="77777777" w:rsidR="007C0EF8" w:rsidRPr="008169FF" w:rsidRDefault="00353031">
      <w:pPr>
        <w:pStyle w:val="Titolo1"/>
        <w:rPr>
          <w:lang w:val="it-IT"/>
        </w:rPr>
      </w:pPr>
      <w:r w:rsidRPr="008169FF">
        <w:rPr>
          <w:lang w:val="it-IT"/>
        </w:rPr>
        <w:t>6. ESPERIENZA</w:t>
      </w:r>
    </w:p>
    <w:p w14:paraId="24438316" w14:textId="12110C87" w:rsidR="007C0EF8" w:rsidRPr="008169FF" w:rsidRDefault="00353031">
      <w:pPr>
        <w:rPr>
          <w:lang w:val="it-IT"/>
        </w:rPr>
      </w:pPr>
      <w:r w:rsidRPr="008169FF">
        <w:rPr>
          <w:lang w:val="it-IT"/>
        </w:rPr>
        <w:t>Indicare esperienze pregresse pertinenti alla gestione di immobili, attività analoghe o iniziative di valorizzazione territoriale, specificando struttura/attività, luogo, periodo e ruolo svolto.</w:t>
      </w:r>
      <w:r w:rsidR="0090747E">
        <w:rPr>
          <w:lang w:val="it-IT"/>
        </w:rPr>
        <w:t xml:space="preserve"> Allegare </w:t>
      </w:r>
      <w:proofErr w:type="gramStart"/>
      <w:r w:rsidR="0090747E">
        <w:rPr>
          <w:lang w:val="it-IT"/>
        </w:rPr>
        <w:t>eventuale contratti</w:t>
      </w:r>
      <w:proofErr w:type="gramEnd"/>
      <w:r w:rsidR="0090747E">
        <w:rPr>
          <w:lang w:val="it-IT"/>
        </w:rPr>
        <w:t xml:space="preserve"> o titoli idonei a comprova.</w:t>
      </w:r>
    </w:p>
    <w:p w14:paraId="4D08B4F7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lastRenderedPageBreak/>
        <w:br/>
        <w:t>____________________________________________________________________________</w:t>
      </w:r>
      <w:r w:rsidRPr="008169FF">
        <w:rPr>
          <w:lang w:val="it-IT"/>
        </w:rPr>
        <w:br/>
        <w:t>____________________________________________________________________________</w:t>
      </w:r>
    </w:p>
    <w:p w14:paraId="621336A1" w14:textId="77777777" w:rsidR="007C0EF8" w:rsidRPr="008169FF" w:rsidRDefault="00353031">
      <w:pPr>
        <w:pStyle w:val="Titolo1"/>
        <w:rPr>
          <w:lang w:val="it-IT"/>
        </w:rPr>
      </w:pPr>
      <w:r w:rsidRPr="008169FF">
        <w:rPr>
          <w:lang w:val="it-IT"/>
        </w:rPr>
        <w:t>7. SINTESI DEL PROGETTO</w:t>
      </w:r>
    </w:p>
    <w:p w14:paraId="1623A298" w14:textId="77777777" w:rsidR="007C0EF8" w:rsidRPr="008169FF" w:rsidRDefault="00353031">
      <w:pPr>
        <w:rPr>
          <w:lang w:val="it-IT"/>
        </w:rPr>
      </w:pPr>
      <w:r w:rsidRPr="008169FF">
        <w:rPr>
          <w:lang w:val="it-IT"/>
        </w:rPr>
        <w:t>Fornire una sintesi della proposta gestionale, evidenziandone gli elementi qualificanti e gli impegni assunti.</w:t>
      </w:r>
    </w:p>
    <w:p w14:paraId="70216E78" w14:textId="77777777" w:rsidR="007C0EF8" w:rsidRDefault="00353031">
      <w:r w:rsidRPr="008169FF">
        <w:rPr>
          <w:lang w:val="it-IT"/>
        </w:rPr>
        <w:br/>
      </w:r>
      <w:r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4D97D5D9" w14:textId="77777777" w:rsidR="007C0EF8" w:rsidRDefault="00353031">
      <w:r>
        <w:br/>
      </w:r>
      <w:proofErr w:type="spellStart"/>
      <w:r>
        <w:t>Luogo</w:t>
      </w:r>
      <w:proofErr w:type="spellEnd"/>
      <w:r>
        <w:t xml:space="preserve"> e data ____________________</w:t>
      </w:r>
      <w:r>
        <w:br/>
      </w:r>
      <w:proofErr w:type="spellStart"/>
      <w:r>
        <w:t>Firma</w:t>
      </w:r>
      <w:proofErr w:type="spellEnd"/>
      <w:r>
        <w:t xml:space="preserve"> ____________________</w:t>
      </w:r>
    </w:p>
    <w:sectPr w:rsidR="007C0EF8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8324029">
    <w:abstractNumId w:val="8"/>
  </w:num>
  <w:num w:numId="2" w16cid:durableId="313609860">
    <w:abstractNumId w:val="6"/>
  </w:num>
  <w:num w:numId="3" w16cid:durableId="1152402354">
    <w:abstractNumId w:val="5"/>
  </w:num>
  <w:num w:numId="4" w16cid:durableId="1487935274">
    <w:abstractNumId w:val="4"/>
  </w:num>
  <w:num w:numId="5" w16cid:durableId="2084595178">
    <w:abstractNumId w:val="7"/>
  </w:num>
  <w:num w:numId="6" w16cid:durableId="572548170">
    <w:abstractNumId w:val="3"/>
  </w:num>
  <w:num w:numId="7" w16cid:durableId="954293199">
    <w:abstractNumId w:val="2"/>
  </w:num>
  <w:num w:numId="8" w16cid:durableId="573517801">
    <w:abstractNumId w:val="1"/>
  </w:num>
  <w:num w:numId="9" w16cid:durableId="39952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031"/>
    <w:rsid w:val="005A42E4"/>
    <w:rsid w:val="007C0EF8"/>
    <w:rsid w:val="008169FF"/>
    <w:rsid w:val="008D2BDC"/>
    <w:rsid w:val="0090747E"/>
    <w:rsid w:val="009310EB"/>
    <w:rsid w:val="00AA1D8D"/>
    <w:rsid w:val="00B47730"/>
    <w:rsid w:val="00CB0664"/>
    <w:rsid w:val="00CE7784"/>
    <w:rsid w:val="00EC425E"/>
    <w:rsid w:val="00FB0C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BF15F"/>
  <w14:defaultImageDpi w14:val="300"/>
  <w15:docId w15:val="{18190048-9836-41E3-9D73-A4463DC4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Segretario Posina</cp:lastModifiedBy>
  <cp:revision>6</cp:revision>
  <dcterms:created xsi:type="dcterms:W3CDTF">2013-12-23T23:15:00Z</dcterms:created>
  <dcterms:modified xsi:type="dcterms:W3CDTF">2026-09-29T08:08:00Z</dcterms:modified>
  <cp:category/>
</cp:coreProperties>
</file>